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8909A5" w14:textId="77777777" w:rsidR="00C05DD7" w:rsidRDefault="008B3ECD">
      <w:pPr>
        <w:jc w:val="center"/>
      </w:pPr>
      <w:r>
        <w:rPr>
          <w:b/>
          <w:sz w:val="26"/>
        </w:rPr>
        <w:t>IGAZOLÁS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426"/>
      </w:tblGrid>
      <w:tr w:rsidR="00C05DD7" w14:paraId="57A346E4" w14:textId="77777777">
        <w:trPr>
          <w:jc w:val="center"/>
        </w:trPr>
        <w:tc>
          <w:tcPr>
            <w:tcW w:w="10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643F900" w14:textId="77777777" w:rsidR="00C05DD7" w:rsidRDefault="008B3ECD">
            <w:pPr>
              <w:jc w:val="center"/>
            </w:pPr>
            <w:r>
              <w:rPr>
                <w:b/>
                <w:i/>
                <w:sz w:val="19"/>
              </w:rPr>
              <w:t>Figyelem! Az igazolást csak hiánytalanul kitöltve tudjuk elfogadni.</w:t>
            </w:r>
          </w:p>
          <w:p w14:paraId="18B44AB8" w14:textId="77777777" w:rsidR="00C05DD7" w:rsidRDefault="008B3ECD">
            <w:pPr>
              <w:jc w:val="center"/>
            </w:pPr>
            <w:r>
              <w:rPr>
                <w:i/>
                <w:sz w:val="19"/>
              </w:rPr>
              <w:t>Kérjük a leadási határidő betartását.</w:t>
            </w:r>
          </w:p>
        </w:tc>
      </w:tr>
    </w:tbl>
    <w:p w14:paraId="2DE36EB3" w14:textId="77777777" w:rsidR="00C05DD7" w:rsidRDefault="00C05DD7">
      <w:pPr>
        <w:spacing w:after="20"/>
      </w:pPr>
    </w:p>
    <w:p w14:paraId="091A82A7" w14:textId="77777777" w:rsidR="00C05DD7" w:rsidRDefault="008B3ECD">
      <w:pPr>
        <w:jc w:val="center"/>
      </w:pPr>
      <w:r>
        <w:t>Alulírott igazolom, hogy</w:t>
      </w:r>
    </w:p>
    <w:p w14:paraId="5912E7EE" w14:textId="77777777" w:rsidR="00C05DD7" w:rsidRDefault="008B3ECD">
      <w:pPr>
        <w:spacing w:after="20"/>
        <w:jc w:val="center"/>
      </w:pPr>
      <w:r>
        <w:rPr>
          <w:sz w:val="20"/>
        </w:rPr>
        <w:t>........................................................................................................................</w:t>
      </w:r>
    </w:p>
    <w:p w14:paraId="45587632" w14:textId="77777777" w:rsidR="00C05DD7" w:rsidRDefault="008B3ECD">
      <w:pPr>
        <w:jc w:val="center"/>
      </w:pPr>
      <w:r>
        <w:rPr>
          <w:i/>
          <w:sz w:val="17"/>
        </w:rPr>
        <w:t>tanuló neve</w:t>
      </w:r>
    </w:p>
    <w:p w14:paraId="6DBB22BE" w14:textId="77777777" w:rsidR="00C05DD7" w:rsidRDefault="008B3ECD">
      <w:pPr>
        <w:spacing w:before="40"/>
      </w:pPr>
      <w:r>
        <w:t xml:space="preserve">a PTE Gyakorló Általános Iskola és Gimnázium Deák Ferenc Általános Iskolájának </w:t>
      </w:r>
      <w:r>
        <w:rPr>
          <w:b/>
        </w:rPr>
        <w:t>............... osztályos tanulója</w:t>
      </w:r>
      <w:r>
        <w:t>, egyesüle</w:t>
      </w:r>
      <w:r>
        <w:t>tünk igazolt sportolója, edzéseinket rendszeresen látogatja.</w:t>
      </w:r>
    </w:p>
    <w:p w14:paraId="3F30D746" w14:textId="77777777" w:rsidR="00C05DD7" w:rsidRDefault="00C05DD7">
      <w:pPr>
        <w:spacing w:after="2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35"/>
        <w:gridCol w:w="3231"/>
        <w:gridCol w:w="3232"/>
        <w:gridCol w:w="1127"/>
      </w:tblGrid>
      <w:tr w:rsidR="00C05DD7" w14:paraId="28540093" w14:textId="77777777">
        <w:trPr>
          <w:gridAfter w:val="1"/>
          <w:wAfter w:w="1127" w:type="dxa"/>
          <w:jc w:val="center"/>
        </w:trPr>
        <w:tc>
          <w:tcPr>
            <w:tcW w:w="2835" w:type="dxa"/>
            <w:tcBorders>
              <w:bottom w:val="nil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4FBF62D5" w14:textId="77777777" w:rsidR="00C05DD7" w:rsidRDefault="008B3ECD">
            <w:r>
              <w:rPr>
                <w:b/>
              </w:rPr>
              <w:t>Egyesület neve:</w:t>
            </w:r>
          </w:p>
        </w:tc>
        <w:tc>
          <w:tcPr>
            <w:tcW w:w="6463" w:type="dxa"/>
            <w:gridSpan w:val="2"/>
            <w:tcBorders>
              <w:bottom w:val="nil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7C3F6D60" w14:textId="77777777" w:rsidR="00C05DD7" w:rsidRDefault="008B3ECD">
            <w:r>
              <w:t>................................................................................................</w:t>
            </w:r>
          </w:p>
        </w:tc>
      </w:tr>
      <w:tr w:rsidR="00C05DD7" w14:paraId="2565FE0D" w14:textId="77777777">
        <w:trPr>
          <w:gridAfter w:val="1"/>
          <w:wAfter w:w="1127" w:type="dxa"/>
          <w:jc w:val="center"/>
        </w:trPr>
        <w:tc>
          <w:tcPr>
            <w:tcW w:w="2835" w:type="dxa"/>
            <w:tcBorders>
              <w:bottom w:val="nil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39A6D541" w14:textId="77777777" w:rsidR="00C05DD7" w:rsidRDefault="008B3ECD">
            <w:r>
              <w:rPr>
                <w:b/>
              </w:rPr>
              <w:t>Sportág:</w:t>
            </w:r>
          </w:p>
        </w:tc>
        <w:tc>
          <w:tcPr>
            <w:tcW w:w="6463" w:type="dxa"/>
            <w:gridSpan w:val="2"/>
            <w:tcBorders>
              <w:bottom w:val="nil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504FEDE3" w14:textId="77777777" w:rsidR="00C05DD7" w:rsidRDefault="008B3ECD">
            <w:r>
              <w:t>................................................................................................</w:t>
            </w:r>
          </w:p>
        </w:tc>
      </w:tr>
      <w:tr w:rsidR="00C05DD7" w14:paraId="607E325F" w14:textId="77777777">
        <w:trPr>
          <w:gridAfter w:val="1"/>
          <w:wAfter w:w="1127" w:type="dxa"/>
          <w:jc w:val="center"/>
        </w:trPr>
        <w:tc>
          <w:tcPr>
            <w:tcW w:w="2835" w:type="dxa"/>
            <w:tcBorders>
              <w:bottom w:val="nil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54CFF15E" w14:textId="77777777" w:rsidR="00C05DD7" w:rsidRDefault="008B3ECD">
            <w:r>
              <w:rPr>
                <w:b/>
              </w:rPr>
              <w:t>Edzés helyszíne:</w:t>
            </w:r>
          </w:p>
        </w:tc>
        <w:tc>
          <w:tcPr>
            <w:tcW w:w="6463" w:type="dxa"/>
            <w:gridSpan w:val="2"/>
            <w:tcBorders>
              <w:bottom w:val="nil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486B8947" w14:textId="77777777" w:rsidR="00C05DD7" w:rsidRDefault="008B3ECD">
            <w:r>
              <w:t>................................................................................................</w:t>
            </w:r>
          </w:p>
        </w:tc>
      </w:tr>
      <w:tr w:rsidR="00C05DD7" w14:paraId="14891CC4" w14:textId="77777777">
        <w:trPr>
          <w:gridAfter w:val="1"/>
          <w:wAfter w:w="1127" w:type="dxa"/>
          <w:jc w:val="center"/>
        </w:trPr>
        <w:tc>
          <w:tcPr>
            <w:tcW w:w="2835" w:type="dxa"/>
            <w:tcBorders>
              <w:bottom w:val="nil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645F4E96" w14:textId="77777777" w:rsidR="00C05DD7" w:rsidRDefault="008B3ECD">
            <w:r>
              <w:rPr>
                <w:b/>
              </w:rPr>
              <w:t>Edző neve:</w:t>
            </w:r>
          </w:p>
        </w:tc>
        <w:tc>
          <w:tcPr>
            <w:tcW w:w="6463" w:type="dxa"/>
            <w:gridSpan w:val="2"/>
            <w:tcBorders>
              <w:bottom w:val="nil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3756B5CC" w14:textId="77777777" w:rsidR="00C05DD7" w:rsidRDefault="008B3ECD">
            <w:r>
              <w:t>................................</w:t>
            </w:r>
            <w:r>
              <w:t>................................................................</w:t>
            </w:r>
          </w:p>
        </w:tc>
      </w:tr>
      <w:tr w:rsidR="00C05DD7" w14:paraId="0FDE48A0" w14:textId="77777777">
        <w:trPr>
          <w:gridAfter w:val="1"/>
          <w:wAfter w:w="1127" w:type="dxa"/>
          <w:jc w:val="center"/>
        </w:trPr>
        <w:tc>
          <w:tcPr>
            <w:tcW w:w="2835" w:type="dxa"/>
            <w:tcBorders>
              <w:bottom w:val="nil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6B2153E2" w14:textId="77777777" w:rsidR="00C05DD7" w:rsidRDefault="008B3ECD">
            <w:r>
              <w:rPr>
                <w:b/>
              </w:rPr>
              <w:t>Edző telefonszáma:</w:t>
            </w:r>
          </w:p>
        </w:tc>
        <w:tc>
          <w:tcPr>
            <w:tcW w:w="6463" w:type="dxa"/>
            <w:gridSpan w:val="2"/>
            <w:tcBorders>
              <w:bottom w:val="nil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789BE648" w14:textId="77777777" w:rsidR="00C05DD7" w:rsidRDefault="008B3ECD">
            <w:r>
              <w:t>................................................................................................</w:t>
            </w:r>
          </w:p>
        </w:tc>
      </w:tr>
      <w:tr w:rsidR="00C05DD7" w14:paraId="380D74B5" w14:textId="77777777">
        <w:trPr>
          <w:gridAfter w:val="1"/>
          <w:wAfter w:w="1127" w:type="dxa"/>
          <w:jc w:val="center"/>
        </w:trPr>
        <w:tc>
          <w:tcPr>
            <w:tcW w:w="2835" w:type="dxa"/>
            <w:tcBorders>
              <w:bottom w:val="nil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5D94EE53" w14:textId="77777777" w:rsidR="00C05DD7" w:rsidRDefault="008B3ECD">
            <w:r>
              <w:rPr>
                <w:b/>
              </w:rPr>
              <w:t>Edző e-mail-címe:</w:t>
            </w:r>
          </w:p>
        </w:tc>
        <w:tc>
          <w:tcPr>
            <w:tcW w:w="6463" w:type="dxa"/>
            <w:gridSpan w:val="2"/>
            <w:tcBorders>
              <w:bottom w:val="nil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3587DBF1" w14:textId="77777777" w:rsidR="00C05DD7" w:rsidRDefault="008B3ECD">
            <w:r>
              <w:t>.......................................................</w:t>
            </w:r>
            <w:r>
              <w:t>.........................................</w:t>
            </w:r>
          </w:p>
        </w:tc>
      </w:tr>
      <w:tr w:rsidR="00C05DD7" w14:paraId="69810BC6" w14:textId="77777777">
        <w:trPr>
          <w:gridAfter w:val="1"/>
          <w:wAfter w:w="1127" w:type="dxa"/>
          <w:jc w:val="center"/>
        </w:trPr>
        <w:tc>
          <w:tcPr>
            <w:tcW w:w="2835" w:type="dxa"/>
            <w:tcBorders>
              <w:bottom w:val="nil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77431A85" w14:textId="77777777" w:rsidR="00C05DD7" w:rsidRDefault="008B3ECD">
            <w:r>
              <w:rPr>
                <w:b/>
              </w:rPr>
              <w:t>Rendszeres edzések időpontjai:</w:t>
            </w:r>
          </w:p>
        </w:tc>
        <w:tc>
          <w:tcPr>
            <w:tcW w:w="6463" w:type="dxa"/>
            <w:gridSpan w:val="2"/>
            <w:tcBorders>
              <w:bottom w:val="nil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645D4731" w14:textId="77777777" w:rsidR="00C05DD7" w:rsidRDefault="008B3ECD">
            <w:r>
              <w:t>................................................................................................</w:t>
            </w:r>
          </w:p>
        </w:tc>
      </w:tr>
      <w:tr w:rsidR="00C05DD7" w14:paraId="29B27D21" w14:textId="77777777">
        <w:trPr>
          <w:jc w:val="center"/>
        </w:trPr>
        <w:tc>
          <w:tcPr>
            <w:tcW w:w="2835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shd w:val="clear" w:color="auto" w:fill="E7E6E6"/>
            <w:tcMar>
              <w:top w:w="35" w:type="dxa"/>
              <w:left w:w="90" w:type="dxa"/>
              <w:bottom w:w="35" w:type="dxa"/>
              <w:right w:w="90" w:type="dxa"/>
            </w:tcMar>
            <w:vAlign w:val="center"/>
          </w:tcPr>
          <w:p w14:paraId="16AD9721" w14:textId="77777777" w:rsidR="00C05DD7" w:rsidRDefault="008B3ECD">
            <w:pPr>
              <w:jc w:val="center"/>
            </w:pPr>
            <w:r>
              <w:rPr>
                <w:b/>
                <w:sz w:val="18"/>
              </w:rPr>
              <w:t>Nap</w:t>
            </w:r>
          </w:p>
        </w:tc>
        <w:tc>
          <w:tcPr>
            <w:tcW w:w="3231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shd w:val="clear" w:color="auto" w:fill="E7E6E6"/>
            <w:tcMar>
              <w:top w:w="35" w:type="dxa"/>
              <w:left w:w="90" w:type="dxa"/>
              <w:bottom w:w="35" w:type="dxa"/>
              <w:right w:w="90" w:type="dxa"/>
            </w:tcMar>
            <w:vAlign w:val="center"/>
          </w:tcPr>
          <w:p w14:paraId="1C8B8B8E" w14:textId="77777777" w:rsidR="00C05DD7" w:rsidRDefault="008B3ECD">
            <w:pPr>
              <w:jc w:val="center"/>
            </w:pPr>
            <w:r>
              <w:rPr>
                <w:b/>
                <w:sz w:val="18"/>
              </w:rPr>
              <w:t>Edzés kezdete</w:t>
            </w:r>
          </w:p>
        </w:tc>
        <w:tc>
          <w:tcPr>
            <w:tcW w:w="3231" w:type="dxa"/>
            <w:gridSpan w:val="2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shd w:val="clear" w:color="auto" w:fill="E7E6E6"/>
            <w:tcMar>
              <w:top w:w="35" w:type="dxa"/>
              <w:left w:w="90" w:type="dxa"/>
              <w:bottom w:w="35" w:type="dxa"/>
              <w:right w:w="90" w:type="dxa"/>
            </w:tcMar>
            <w:vAlign w:val="center"/>
          </w:tcPr>
          <w:p w14:paraId="307593C3" w14:textId="77777777" w:rsidR="00C05DD7" w:rsidRDefault="008B3ECD">
            <w:pPr>
              <w:jc w:val="center"/>
            </w:pPr>
            <w:r>
              <w:rPr>
                <w:b/>
                <w:sz w:val="18"/>
              </w:rPr>
              <w:t>Edzés vége</w:t>
            </w:r>
          </w:p>
        </w:tc>
      </w:tr>
      <w:tr w:rsidR="00C05DD7" w14:paraId="07A55ABB" w14:textId="77777777">
        <w:trPr>
          <w:jc w:val="center"/>
        </w:trPr>
        <w:tc>
          <w:tcPr>
            <w:tcW w:w="2835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tcMar>
              <w:top w:w="35" w:type="dxa"/>
              <w:left w:w="90" w:type="dxa"/>
              <w:bottom w:w="35" w:type="dxa"/>
              <w:right w:w="90" w:type="dxa"/>
            </w:tcMar>
            <w:vAlign w:val="center"/>
          </w:tcPr>
          <w:p w14:paraId="3F7713EF" w14:textId="77777777" w:rsidR="00C05DD7" w:rsidRDefault="008B3ECD">
            <w:r>
              <w:rPr>
                <w:sz w:val="18"/>
              </w:rPr>
              <w:t>Hétfő</w:t>
            </w:r>
          </w:p>
        </w:tc>
        <w:tc>
          <w:tcPr>
            <w:tcW w:w="3231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tcMar>
              <w:top w:w="35" w:type="dxa"/>
              <w:left w:w="90" w:type="dxa"/>
              <w:bottom w:w="35" w:type="dxa"/>
              <w:right w:w="90" w:type="dxa"/>
            </w:tcMar>
            <w:vAlign w:val="center"/>
          </w:tcPr>
          <w:p w14:paraId="56449376" w14:textId="77777777" w:rsidR="00C05DD7" w:rsidRDefault="008B3ECD">
            <w:pPr>
              <w:jc w:val="center"/>
            </w:pPr>
            <w:r>
              <w:rPr>
                <w:sz w:val="18"/>
              </w:rPr>
              <w:t>................</w:t>
            </w:r>
          </w:p>
        </w:tc>
        <w:tc>
          <w:tcPr>
            <w:tcW w:w="3231" w:type="dxa"/>
            <w:gridSpan w:val="2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tcMar>
              <w:top w:w="35" w:type="dxa"/>
              <w:left w:w="90" w:type="dxa"/>
              <w:bottom w:w="35" w:type="dxa"/>
              <w:right w:w="90" w:type="dxa"/>
            </w:tcMar>
            <w:vAlign w:val="center"/>
          </w:tcPr>
          <w:p w14:paraId="1FD9F554" w14:textId="77777777" w:rsidR="00C05DD7" w:rsidRDefault="008B3ECD">
            <w:pPr>
              <w:jc w:val="center"/>
            </w:pPr>
            <w:r>
              <w:rPr>
                <w:sz w:val="18"/>
              </w:rPr>
              <w:t>................</w:t>
            </w:r>
          </w:p>
        </w:tc>
      </w:tr>
      <w:tr w:rsidR="00C05DD7" w14:paraId="7E26456C" w14:textId="77777777">
        <w:trPr>
          <w:jc w:val="center"/>
        </w:trPr>
        <w:tc>
          <w:tcPr>
            <w:tcW w:w="2835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tcMar>
              <w:top w:w="35" w:type="dxa"/>
              <w:left w:w="90" w:type="dxa"/>
              <w:bottom w:w="35" w:type="dxa"/>
              <w:right w:w="90" w:type="dxa"/>
            </w:tcMar>
            <w:vAlign w:val="center"/>
          </w:tcPr>
          <w:p w14:paraId="6D9668C9" w14:textId="77777777" w:rsidR="00C05DD7" w:rsidRDefault="008B3ECD">
            <w:r>
              <w:rPr>
                <w:sz w:val="18"/>
              </w:rPr>
              <w:t>Kedd</w:t>
            </w:r>
          </w:p>
        </w:tc>
        <w:tc>
          <w:tcPr>
            <w:tcW w:w="3231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tcMar>
              <w:top w:w="35" w:type="dxa"/>
              <w:left w:w="90" w:type="dxa"/>
              <w:bottom w:w="35" w:type="dxa"/>
              <w:right w:w="90" w:type="dxa"/>
            </w:tcMar>
            <w:vAlign w:val="center"/>
          </w:tcPr>
          <w:p w14:paraId="3E3ED158" w14:textId="77777777" w:rsidR="00C05DD7" w:rsidRDefault="008B3ECD">
            <w:pPr>
              <w:jc w:val="center"/>
            </w:pPr>
            <w:r>
              <w:rPr>
                <w:sz w:val="18"/>
              </w:rPr>
              <w:t>................</w:t>
            </w:r>
          </w:p>
        </w:tc>
        <w:tc>
          <w:tcPr>
            <w:tcW w:w="3231" w:type="dxa"/>
            <w:gridSpan w:val="2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tcMar>
              <w:top w:w="35" w:type="dxa"/>
              <w:left w:w="90" w:type="dxa"/>
              <w:bottom w:w="35" w:type="dxa"/>
              <w:right w:w="90" w:type="dxa"/>
            </w:tcMar>
            <w:vAlign w:val="center"/>
          </w:tcPr>
          <w:p w14:paraId="0AF1ED38" w14:textId="77777777" w:rsidR="00C05DD7" w:rsidRDefault="008B3ECD">
            <w:pPr>
              <w:jc w:val="center"/>
            </w:pPr>
            <w:r>
              <w:rPr>
                <w:sz w:val="18"/>
              </w:rPr>
              <w:t>................</w:t>
            </w:r>
          </w:p>
        </w:tc>
      </w:tr>
      <w:tr w:rsidR="00C05DD7" w14:paraId="3B746C82" w14:textId="77777777">
        <w:trPr>
          <w:jc w:val="center"/>
        </w:trPr>
        <w:tc>
          <w:tcPr>
            <w:tcW w:w="2835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tcMar>
              <w:top w:w="35" w:type="dxa"/>
              <w:left w:w="90" w:type="dxa"/>
              <w:bottom w:w="35" w:type="dxa"/>
              <w:right w:w="90" w:type="dxa"/>
            </w:tcMar>
            <w:vAlign w:val="center"/>
          </w:tcPr>
          <w:p w14:paraId="1D423666" w14:textId="77777777" w:rsidR="00C05DD7" w:rsidRDefault="008B3ECD">
            <w:r>
              <w:rPr>
                <w:sz w:val="18"/>
              </w:rPr>
              <w:t>Szerda</w:t>
            </w:r>
          </w:p>
        </w:tc>
        <w:tc>
          <w:tcPr>
            <w:tcW w:w="3231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tcMar>
              <w:top w:w="35" w:type="dxa"/>
              <w:left w:w="90" w:type="dxa"/>
              <w:bottom w:w="35" w:type="dxa"/>
              <w:right w:w="90" w:type="dxa"/>
            </w:tcMar>
            <w:vAlign w:val="center"/>
          </w:tcPr>
          <w:p w14:paraId="102DABC4" w14:textId="77777777" w:rsidR="00C05DD7" w:rsidRDefault="008B3ECD">
            <w:pPr>
              <w:jc w:val="center"/>
            </w:pPr>
            <w:r>
              <w:rPr>
                <w:sz w:val="18"/>
              </w:rPr>
              <w:t>................</w:t>
            </w:r>
          </w:p>
        </w:tc>
        <w:tc>
          <w:tcPr>
            <w:tcW w:w="3231" w:type="dxa"/>
            <w:gridSpan w:val="2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tcMar>
              <w:top w:w="35" w:type="dxa"/>
              <w:left w:w="90" w:type="dxa"/>
              <w:bottom w:w="35" w:type="dxa"/>
              <w:right w:w="90" w:type="dxa"/>
            </w:tcMar>
            <w:vAlign w:val="center"/>
          </w:tcPr>
          <w:p w14:paraId="43234755" w14:textId="77777777" w:rsidR="00C05DD7" w:rsidRDefault="008B3ECD">
            <w:pPr>
              <w:jc w:val="center"/>
            </w:pPr>
            <w:r>
              <w:rPr>
                <w:sz w:val="18"/>
              </w:rPr>
              <w:t>................</w:t>
            </w:r>
          </w:p>
        </w:tc>
      </w:tr>
      <w:tr w:rsidR="00C05DD7" w14:paraId="0B252300" w14:textId="77777777">
        <w:trPr>
          <w:jc w:val="center"/>
        </w:trPr>
        <w:tc>
          <w:tcPr>
            <w:tcW w:w="2835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tcMar>
              <w:top w:w="35" w:type="dxa"/>
              <w:left w:w="90" w:type="dxa"/>
              <w:bottom w:w="35" w:type="dxa"/>
              <w:right w:w="90" w:type="dxa"/>
            </w:tcMar>
            <w:vAlign w:val="center"/>
          </w:tcPr>
          <w:p w14:paraId="7C738EE4" w14:textId="77777777" w:rsidR="00C05DD7" w:rsidRDefault="008B3ECD">
            <w:r>
              <w:rPr>
                <w:sz w:val="18"/>
              </w:rPr>
              <w:t>Csütörtök</w:t>
            </w:r>
          </w:p>
        </w:tc>
        <w:tc>
          <w:tcPr>
            <w:tcW w:w="3231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tcMar>
              <w:top w:w="35" w:type="dxa"/>
              <w:left w:w="90" w:type="dxa"/>
              <w:bottom w:w="35" w:type="dxa"/>
              <w:right w:w="90" w:type="dxa"/>
            </w:tcMar>
            <w:vAlign w:val="center"/>
          </w:tcPr>
          <w:p w14:paraId="783DAE98" w14:textId="77777777" w:rsidR="00C05DD7" w:rsidRDefault="008B3ECD">
            <w:pPr>
              <w:jc w:val="center"/>
            </w:pPr>
            <w:r>
              <w:rPr>
                <w:sz w:val="18"/>
              </w:rPr>
              <w:t>................</w:t>
            </w:r>
          </w:p>
        </w:tc>
        <w:tc>
          <w:tcPr>
            <w:tcW w:w="3231" w:type="dxa"/>
            <w:gridSpan w:val="2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tcMar>
              <w:top w:w="35" w:type="dxa"/>
              <w:left w:w="90" w:type="dxa"/>
              <w:bottom w:w="35" w:type="dxa"/>
              <w:right w:w="90" w:type="dxa"/>
            </w:tcMar>
            <w:vAlign w:val="center"/>
          </w:tcPr>
          <w:p w14:paraId="71600177" w14:textId="77777777" w:rsidR="00C05DD7" w:rsidRDefault="008B3ECD">
            <w:pPr>
              <w:jc w:val="center"/>
            </w:pPr>
            <w:r>
              <w:rPr>
                <w:sz w:val="18"/>
              </w:rPr>
              <w:t>................</w:t>
            </w:r>
          </w:p>
        </w:tc>
      </w:tr>
      <w:tr w:rsidR="00C05DD7" w14:paraId="4C3C2682" w14:textId="77777777">
        <w:trPr>
          <w:jc w:val="center"/>
        </w:trPr>
        <w:tc>
          <w:tcPr>
            <w:tcW w:w="2835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tcMar>
              <w:top w:w="35" w:type="dxa"/>
              <w:left w:w="90" w:type="dxa"/>
              <w:bottom w:w="35" w:type="dxa"/>
              <w:right w:w="90" w:type="dxa"/>
            </w:tcMar>
            <w:vAlign w:val="center"/>
          </w:tcPr>
          <w:p w14:paraId="2ABC78B7" w14:textId="77777777" w:rsidR="00C05DD7" w:rsidRDefault="008B3ECD">
            <w:r>
              <w:rPr>
                <w:sz w:val="18"/>
              </w:rPr>
              <w:t>Péntek</w:t>
            </w:r>
          </w:p>
        </w:tc>
        <w:tc>
          <w:tcPr>
            <w:tcW w:w="3231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tcMar>
              <w:top w:w="35" w:type="dxa"/>
              <w:left w:w="90" w:type="dxa"/>
              <w:bottom w:w="35" w:type="dxa"/>
              <w:right w:w="90" w:type="dxa"/>
            </w:tcMar>
            <w:vAlign w:val="center"/>
          </w:tcPr>
          <w:p w14:paraId="1B6FC36C" w14:textId="77777777" w:rsidR="00C05DD7" w:rsidRDefault="008B3ECD">
            <w:pPr>
              <w:jc w:val="center"/>
            </w:pPr>
            <w:r>
              <w:rPr>
                <w:sz w:val="18"/>
              </w:rPr>
              <w:t>................</w:t>
            </w:r>
          </w:p>
        </w:tc>
        <w:tc>
          <w:tcPr>
            <w:tcW w:w="3231" w:type="dxa"/>
            <w:gridSpan w:val="2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tcMar>
              <w:top w:w="35" w:type="dxa"/>
              <w:left w:w="90" w:type="dxa"/>
              <w:bottom w:w="35" w:type="dxa"/>
              <w:right w:w="90" w:type="dxa"/>
            </w:tcMar>
            <w:vAlign w:val="center"/>
          </w:tcPr>
          <w:p w14:paraId="29A8CFE4" w14:textId="77777777" w:rsidR="00C05DD7" w:rsidRDefault="008B3ECD">
            <w:pPr>
              <w:jc w:val="center"/>
            </w:pPr>
            <w:r>
              <w:rPr>
                <w:sz w:val="18"/>
              </w:rPr>
              <w:t>................</w:t>
            </w:r>
          </w:p>
        </w:tc>
      </w:tr>
    </w:tbl>
    <w:p w14:paraId="3A9E2A69" w14:textId="77777777" w:rsidR="00C05DD7" w:rsidRDefault="00C05DD7">
      <w:pPr>
        <w:spacing w:after="20"/>
      </w:pPr>
    </w:p>
    <w:p w14:paraId="60CDC82C" w14:textId="77777777" w:rsidR="00C05DD7" w:rsidRDefault="008B3ECD">
      <w:pPr>
        <w:spacing w:after="40"/>
        <w:jc w:val="center"/>
      </w:pPr>
      <w:r>
        <w:rPr>
          <w:b/>
        </w:rPr>
        <w:t>Az igazolás leadási határideje:   20....... év ........................ hó ........ nap</w:t>
      </w:r>
    </w:p>
    <w:p w14:paraId="51852B81" w14:textId="77777777" w:rsidR="00C05DD7" w:rsidRDefault="008B3ECD">
      <w:pPr>
        <w:jc w:val="center"/>
      </w:pPr>
      <w:r>
        <w:rPr>
          <w:b/>
        </w:rPr>
        <w:t xml:space="preserve">Az </w:t>
      </w:r>
      <w:r>
        <w:rPr>
          <w:b/>
        </w:rPr>
        <w:t xml:space="preserve">igazolás a </w:t>
      </w:r>
      <w:r>
        <w:rPr>
          <w:b/>
        </w:rPr>
        <w:t xml:space="preserve">20......./20....... tanév  első / második félévére </w:t>
      </w:r>
      <w:r>
        <w:rPr>
          <w:b/>
        </w:rPr>
        <w:t>vonatkozik.</w:t>
      </w:r>
    </w:p>
    <w:p w14:paraId="7CE2E6CD" w14:textId="77777777" w:rsidR="00C05DD7" w:rsidRDefault="00C05DD7">
      <w:pPr>
        <w:spacing w:after="2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426"/>
      </w:tblGrid>
      <w:tr w:rsidR="00C05DD7" w14:paraId="438BB3EA" w14:textId="77777777">
        <w:trPr>
          <w:jc w:val="center"/>
        </w:trPr>
        <w:tc>
          <w:tcPr>
            <w:tcW w:w="10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7BD38BD" w14:textId="77777777" w:rsidR="00C05DD7" w:rsidRDefault="008B3ECD">
            <w:pPr>
              <w:jc w:val="center"/>
            </w:pPr>
            <w:r>
              <w:rPr>
                <w:sz w:val="17"/>
              </w:rPr>
              <w:t>Amennyiben a fent nevezett tanuló sportegyesületi jogviszonyában vagy az edzések rendszeres látogatásában olyan változás következik be, amely miatt a fenti feltételeknek már nem tes</w:t>
            </w:r>
            <w:r>
              <w:rPr>
                <w:sz w:val="17"/>
              </w:rPr>
              <w:t>z eleget, kérjük, hogy intézményünket levélben vagy e-mailben értesíteni szíveskedjenek.</w:t>
            </w:r>
          </w:p>
          <w:p w14:paraId="213684A7" w14:textId="77777777" w:rsidR="00C05DD7" w:rsidRDefault="008B3ECD">
            <w:pPr>
              <w:jc w:val="center"/>
            </w:pPr>
            <w:r>
              <w:rPr>
                <w:b/>
                <w:sz w:val="17"/>
              </w:rPr>
              <w:t>Értesítési e-mail-cím: info@deak.pte.hu</w:t>
            </w:r>
          </w:p>
        </w:tc>
      </w:tr>
    </w:tbl>
    <w:p w14:paraId="6181E927" w14:textId="77777777" w:rsidR="00C05DD7" w:rsidRDefault="00C05DD7">
      <w:pPr>
        <w:spacing w:after="2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13"/>
        <w:gridCol w:w="5213"/>
      </w:tblGrid>
      <w:tr w:rsidR="00C05DD7" w14:paraId="45EF2551" w14:textId="77777777">
        <w:trPr>
          <w:jc w:val="center"/>
        </w:trPr>
        <w:tc>
          <w:tcPr>
            <w:tcW w:w="521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90" w:type="dxa"/>
              <w:bottom w:w="30" w:type="dxa"/>
              <w:right w:w="90" w:type="dxa"/>
            </w:tcMar>
          </w:tcPr>
          <w:p w14:paraId="4FDA7281" w14:textId="77777777" w:rsidR="00C05DD7" w:rsidRDefault="008B3ECD">
            <w:r>
              <w:t>Pécs, 20....... év ........................ hó ........ nap</w:t>
            </w:r>
          </w:p>
        </w:tc>
        <w:tc>
          <w:tcPr>
            <w:tcW w:w="521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90" w:type="dxa"/>
              <w:bottom w:w="30" w:type="dxa"/>
              <w:right w:w="90" w:type="dxa"/>
            </w:tcMar>
          </w:tcPr>
          <w:p w14:paraId="0A67A9F0" w14:textId="77777777" w:rsidR="00C05DD7" w:rsidRDefault="008B3ECD">
            <w:pPr>
              <w:jc w:val="center"/>
            </w:pPr>
            <w:r>
              <w:t>........................................................</w:t>
            </w:r>
          </w:p>
        </w:tc>
      </w:tr>
      <w:tr w:rsidR="00C05DD7" w14:paraId="1259E487" w14:textId="77777777">
        <w:trPr>
          <w:jc w:val="center"/>
        </w:trPr>
        <w:tc>
          <w:tcPr>
            <w:tcW w:w="521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90" w:type="dxa"/>
              <w:bottom w:w="30" w:type="dxa"/>
              <w:right w:w="90" w:type="dxa"/>
            </w:tcMar>
          </w:tcPr>
          <w:p w14:paraId="0277790F" w14:textId="77777777" w:rsidR="00C05DD7" w:rsidRDefault="008B3ECD">
            <w:pPr>
              <w:jc w:val="center"/>
            </w:pPr>
            <w:r>
              <w:t>P. H.</w:t>
            </w:r>
          </w:p>
        </w:tc>
        <w:tc>
          <w:tcPr>
            <w:tcW w:w="521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90" w:type="dxa"/>
              <w:bottom w:w="30" w:type="dxa"/>
              <w:right w:w="90" w:type="dxa"/>
            </w:tcMar>
          </w:tcPr>
          <w:p w14:paraId="3C6BE5C1" w14:textId="77777777" w:rsidR="00C05DD7" w:rsidRDefault="008B3ECD">
            <w:pPr>
              <w:jc w:val="center"/>
            </w:pPr>
            <w:r>
              <w:t>edző / egyesületi képviselő aláírása</w:t>
            </w:r>
          </w:p>
        </w:tc>
      </w:tr>
    </w:tbl>
    <w:p w14:paraId="1DA0B722" w14:textId="77777777" w:rsidR="00000000" w:rsidRDefault="008B3ECD"/>
    <w:p w14:paraId="399E4DA6" w14:textId="77777777" w:rsidR="00755009" w:rsidRDefault="00755009"/>
    <w:p w14:paraId="091598EC" w14:textId="77777777" w:rsidR="00755009" w:rsidRDefault="00755009"/>
    <w:p w14:paraId="1C985161" w14:textId="77777777" w:rsidR="00755009" w:rsidRDefault="00755009" w:rsidP="00755009">
      <w:pPr>
        <w:jc w:val="center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KÉRELEM</w:t>
      </w:r>
    </w:p>
    <w:p w14:paraId="1A76C032" w14:textId="77777777" w:rsidR="00755009" w:rsidRDefault="00755009" w:rsidP="00755009">
      <w:pPr>
        <w:ind w:left="2832" w:firstLine="708"/>
        <w:jc w:val="both"/>
        <w:rPr>
          <w:rFonts w:cs="Times New Roman"/>
          <w:b/>
          <w:bCs/>
          <w:sz w:val="24"/>
          <w:szCs w:val="24"/>
        </w:rPr>
      </w:pPr>
    </w:p>
    <w:p w14:paraId="58B7FC5A" w14:textId="77777777" w:rsidR="00755009" w:rsidRPr="00755009" w:rsidRDefault="00755009" w:rsidP="00755009">
      <w:pPr>
        <w:spacing w:line="360" w:lineRule="auto"/>
        <w:jc w:val="both"/>
        <w:rPr>
          <w:rFonts w:cs="Times New Roman"/>
          <w:sz w:val="24"/>
        </w:rPr>
      </w:pPr>
      <w:r w:rsidRPr="00755009">
        <w:rPr>
          <w:rFonts w:cs="Times New Roman"/>
          <w:sz w:val="22"/>
        </w:rPr>
        <w:t>Tisztelt Tagintézmény-igazgató Asszony!</w:t>
      </w:r>
    </w:p>
    <w:p w14:paraId="2558FFC2" w14:textId="77777777" w:rsidR="00755009" w:rsidRPr="00755009" w:rsidRDefault="00755009" w:rsidP="00755009">
      <w:pPr>
        <w:spacing w:line="360" w:lineRule="auto"/>
        <w:jc w:val="both"/>
        <w:rPr>
          <w:rFonts w:cs="Times New Roman"/>
          <w:sz w:val="22"/>
        </w:rPr>
      </w:pPr>
    </w:p>
    <w:p w14:paraId="62588101" w14:textId="26E490D1" w:rsidR="00755009" w:rsidRPr="00755009" w:rsidRDefault="00755009" w:rsidP="00755009">
      <w:pPr>
        <w:spacing w:line="360" w:lineRule="auto"/>
        <w:jc w:val="both"/>
        <w:rPr>
          <w:rFonts w:cs="Times New Roman"/>
          <w:sz w:val="22"/>
        </w:rPr>
      </w:pPr>
      <w:r w:rsidRPr="00755009">
        <w:rPr>
          <w:rFonts w:cs="Times New Roman"/>
          <w:sz w:val="22"/>
        </w:rPr>
        <w:t>Alulírott, …………………………….. mint …………………</w:t>
      </w:r>
      <w:r w:rsidR="008B3ECD">
        <w:rPr>
          <w:rFonts w:cs="Times New Roman"/>
          <w:sz w:val="22"/>
        </w:rPr>
        <w:t>……..</w:t>
      </w:r>
      <w:r w:rsidRPr="00755009">
        <w:rPr>
          <w:rFonts w:cs="Times New Roman"/>
          <w:sz w:val="22"/>
        </w:rPr>
        <w:t>…..(név</w:t>
      </w:r>
      <w:r w:rsidR="008B3ECD">
        <w:rPr>
          <w:rFonts w:cs="Times New Roman"/>
          <w:sz w:val="22"/>
        </w:rPr>
        <w:t>) ……..</w:t>
      </w:r>
      <w:r w:rsidRPr="00755009">
        <w:rPr>
          <w:rFonts w:cs="Times New Roman"/>
          <w:sz w:val="22"/>
        </w:rPr>
        <w:t xml:space="preserve">/osztály) </w:t>
      </w:r>
      <w:r w:rsidR="008B3ECD">
        <w:rPr>
          <w:rFonts w:cs="Times New Roman"/>
          <w:sz w:val="22"/>
        </w:rPr>
        <w:t xml:space="preserve">tanuló </w:t>
      </w:r>
      <w:bookmarkStart w:id="0" w:name="_GoBack"/>
      <w:bookmarkEnd w:id="0"/>
      <w:r w:rsidRPr="00755009">
        <w:rPr>
          <w:rFonts w:cs="Times New Roman"/>
          <w:sz w:val="22"/>
        </w:rPr>
        <w:t xml:space="preserve">törvényes képviselője  kérem, hogy az edzéslátogatási igazolás </w:t>
      </w:r>
      <w:r w:rsidR="00C904CE">
        <w:rPr>
          <w:rFonts w:cs="Times New Roman"/>
          <w:sz w:val="22"/>
        </w:rPr>
        <w:t>alapján a 20…../20…..</w:t>
      </w:r>
      <w:r w:rsidRPr="00755009">
        <w:rPr>
          <w:rFonts w:cs="Times New Roman"/>
          <w:sz w:val="22"/>
        </w:rPr>
        <w:t>. tanév első</w:t>
      </w:r>
      <w:r w:rsidR="00C904CE">
        <w:rPr>
          <w:rFonts w:cs="Times New Roman"/>
          <w:sz w:val="22"/>
        </w:rPr>
        <w:t>/ második</w:t>
      </w:r>
      <w:r w:rsidRPr="00755009">
        <w:rPr>
          <w:rFonts w:cs="Times New Roman"/>
          <w:sz w:val="22"/>
        </w:rPr>
        <w:t xml:space="preserve"> félévében gyermekem részvételétől a mindennapos testnevelés heti egy tanóráján szíveskedjen eltekinteni.</w:t>
      </w:r>
    </w:p>
    <w:p w14:paraId="7859E0CC" w14:textId="77777777" w:rsidR="00755009" w:rsidRPr="00755009" w:rsidRDefault="00755009" w:rsidP="00755009">
      <w:pPr>
        <w:spacing w:line="360" w:lineRule="auto"/>
        <w:jc w:val="both"/>
        <w:rPr>
          <w:rFonts w:cs="Times New Roman"/>
          <w:sz w:val="22"/>
        </w:rPr>
      </w:pPr>
    </w:p>
    <w:p w14:paraId="2B11DF5B" w14:textId="77777777" w:rsidR="00755009" w:rsidRPr="00755009" w:rsidRDefault="00755009" w:rsidP="00755009">
      <w:pPr>
        <w:spacing w:line="360" w:lineRule="auto"/>
        <w:jc w:val="both"/>
        <w:rPr>
          <w:rFonts w:cs="Times New Roman"/>
          <w:sz w:val="22"/>
        </w:rPr>
      </w:pPr>
    </w:p>
    <w:p w14:paraId="67B2799A" w14:textId="77777777" w:rsidR="00755009" w:rsidRPr="00755009" w:rsidRDefault="00C904CE" w:rsidP="00755009">
      <w:pPr>
        <w:spacing w:line="360" w:lineRule="auto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>Pécs, 20……</w:t>
      </w:r>
      <w:r w:rsidR="00755009" w:rsidRPr="00755009">
        <w:rPr>
          <w:rFonts w:cs="Times New Roman"/>
          <w:sz w:val="22"/>
        </w:rPr>
        <w:t>. év ………… hó……….nap</w:t>
      </w:r>
      <w:r w:rsidR="00755009">
        <w:rPr>
          <w:rFonts w:cs="Times New Roman"/>
          <w:sz w:val="22"/>
        </w:rPr>
        <w:tab/>
      </w:r>
      <w:r w:rsidR="00755009">
        <w:rPr>
          <w:rFonts w:cs="Times New Roman"/>
          <w:sz w:val="22"/>
        </w:rPr>
        <w:tab/>
      </w:r>
      <w:r w:rsidR="00755009">
        <w:rPr>
          <w:rFonts w:cs="Times New Roman"/>
          <w:sz w:val="22"/>
        </w:rPr>
        <w:tab/>
      </w:r>
      <w:r w:rsidR="00755009">
        <w:rPr>
          <w:rFonts w:cs="Times New Roman"/>
          <w:sz w:val="22"/>
        </w:rPr>
        <w:tab/>
      </w:r>
      <w:r w:rsidR="00755009">
        <w:rPr>
          <w:rFonts w:cs="Times New Roman"/>
          <w:sz w:val="24"/>
          <w:szCs w:val="24"/>
        </w:rPr>
        <w:t>…….……………………….</w:t>
      </w:r>
    </w:p>
    <w:p w14:paraId="44EFF717" w14:textId="77777777" w:rsidR="00755009" w:rsidRPr="00755009" w:rsidRDefault="00755009" w:rsidP="00755009">
      <w:pPr>
        <w:tabs>
          <w:tab w:val="center" w:pos="4678"/>
        </w:tabs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>tanuló törvényes képviselője</w:t>
      </w:r>
    </w:p>
    <w:sectPr w:rsidR="00755009" w:rsidRPr="00755009" w:rsidSect="00034616">
      <w:pgSz w:w="12240" w:h="15840"/>
      <w:pgMar w:top="765" w:right="907" w:bottom="765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00000287" w:usb1="08070000" w:usb2="00000010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55009"/>
    <w:rsid w:val="008B3ECD"/>
    <w:rsid w:val="00AA1D8D"/>
    <w:rsid w:val="00B47730"/>
    <w:rsid w:val="00C05DD7"/>
    <w:rsid w:val="00C904CE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591B2B"/>
  <w14:defaultImageDpi w14:val="300"/>
  <w15:docId w15:val="{84B40088-27BC-4231-BDB9-47C83AFAA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C693F"/>
    <w:pPr>
      <w:spacing w:after="0" w:line="240" w:lineRule="auto"/>
    </w:pPr>
    <w:rPr>
      <w:rFonts w:ascii="Times New Roman" w:hAnsi="Times New Roman"/>
      <w:sz w:val="21"/>
    </w:rPr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lfejChar">
    <w:name w:val="Élőfej Char"/>
    <w:basedOn w:val="Bekezdsalapbettpusa"/>
    <w:link w:val="lfej"/>
    <w:uiPriority w:val="99"/>
    <w:rsid w:val="00E618BF"/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llbChar">
    <w:name w:val="Élőláb Char"/>
    <w:basedOn w:val="Bekezdsalapbettpusa"/>
    <w:link w:val="llb"/>
    <w:uiPriority w:val="99"/>
    <w:rsid w:val="00E618BF"/>
  </w:style>
  <w:style w:type="paragraph" w:styleId="Nincstrkz">
    <w:name w:val="No Spacing"/>
    <w:uiPriority w:val="1"/>
    <w:qFormat/>
    <w:rsid w:val="00FC693F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AA1D8D"/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</w:style>
  <w:style w:type="paragraph" w:styleId="Szvegtrzs3">
    <w:name w:val="Body Text 3"/>
    <w:basedOn w:val="Norml"/>
    <w:link w:val="Szvegtrzs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spacing w:after="120"/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spacing w:after="120"/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spacing w:after="120"/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Courier" w:hAnsi="Courier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uborkszveg">
    <w:name w:val="Balloon Text"/>
    <w:basedOn w:val="Norml"/>
    <w:link w:val="BuborkszvegChar"/>
    <w:uiPriority w:val="99"/>
    <w:semiHidden/>
    <w:unhideWhenUsed/>
    <w:rsid w:val="00755009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550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2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793B353158DC6B46AADC3412BFD1E09E" ma:contentTypeVersion="22" ma:contentTypeDescription="Új dokumentum létrehozása." ma:contentTypeScope="" ma:versionID="52b62436d01cd76e26d10d5ea716bfb5">
  <xsd:schema xmlns:xsd="http://www.w3.org/2001/XMLSchema" xmlns:xs="http://www.w3.org/2001/XMLSchema" xmlns:p="http://schemas.microsoft.com/office/2006/metadata/properties" xmlns:ns2="a1daa049-6643-4145-9d7f-8715ead188cc" xmlns:ns3="d2fda553-ce86-4fbd-99e2-fef0ad6dff3a" targetNamespace="http://schemas.microsoft.com/office/2006/metadata/properties" ma:root="true" ma:fieldsID="52411d5b07b39aaafee7d36aee2aad95" ns2:_="" ns3:_="">
    <xsd:import namespace="a1daa049-6643-4145-9d7f-8715ead188cc"/>
    <xsd:import namespace="d2fda553-ce86-4fbd-99e2-fef0ad6dff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daa049-6643-4145-9d7f-8715ead188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Képcímkék" ma:readOnly="false" ma:fieldId="{5cf76f15-5ced-4ddc-b409-7134ff3c332f}" ma:taxonomyMulti="true" ma:sspId="c5924412-c5b0-41bf-b9da-348a75561e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fda553-ce86-4fbd-99e2-fef0ad6dff3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346a4f-0346-415b-9c7a-99af8c26a3eb}" ma:internalName="TaxCatchAll" ma:showField="CatchAllData" ma:web="d2fda553-ce86-4fbd-99e2-fef0ad6dff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2fda553-ce86-4fbd-99e2-fef0ad6dff3a" xsi:nil="true"/>
    <lcf76f155ced4ddcb4097134ff3c332f xmlns="a1daa049-6643-4145-9d7f-8715ead188cc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951FB32-20CB-4A71-B7F9-8991D4E89B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daa049-6643-4145-9d7f-8715ead188cc"/>
    <ds:schemaRef ds:uri="d2fda553-ce86-4fbd-99e2-fef0ad6dff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AA89AC-DADF-4572-90F0-AEE1EB61EE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36782D-FD05-4333-B21D-F72E075273BA}">
  <ds:schemaRefs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microsoft.com/office/2006/documentManagement/types"/>
    <ds:schemaRef ds:uri="d2fda553-ce86-4fbd-99e2-fef0ad6dff3a"/>
    <ds:schemaRef ds:uri="a1daa049-6643-4145-9d7f-8715ead188cc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F1F3104-EFAA-48EE-86F7-98CAEA4B0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2241</Characters>
  <Application>Microsoft Office Word</Application>
  <DocSecurity>0</DocSecurity>
  <Lines>18</Lines>
  <Paragraphs>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2560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Tóth Krisztina</cp:lastModifiedBy>
  <cp:revision>3</cp:revision>
  <cp:lastPrinted>2026-08-27T06:50:00Z</cp:lastPrinted>
  <dcterms:created xsi:type="dcterms:W3CDTF">2026-08-27T07:20:00Z</dcterms:created>
  <dcterms:modified xsi:type="dcterms:W3CDTF">2026-08-27T07:21:00Z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0x010100793B353158DC6B46AADC3412BFD1E09E</vt:lpwstr>
  </property>
  <property fmtid="{D5CDD505-2E9C-101B-9397-08002B2CF9AE}" pid="3" name="MediaServiceImageTags">
    <vt:lpwstr/>
  </property>
</Properties>
</file>