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043CB" w14:textId="77777777" w:rsidR="00E35D5F" w:rsidRDefault="007A4D29" w:rsidP="007A4D29">
      <w:pPr>
        <w:spacing w:after="400"/>
        <w:jc w:val="center"/>
      </w:pPr>
      <w:r>
        <w:rPr>
          <w:b/>
          <w:sz w:val="30"/>
        </w:rPr>
        <w:t>KÉRELEM</w:t>
      </w:r>
    </w:p>
    <w:p w14:paraId="21A59458" w14:textId="77777777" w:rsidR="00E35D5F" w:rsidRDefault="007A4D29" w:rsidP="007A4D29">
      <w:pPr>
        <w:spacing w:after="440"/>
        <w:jc w:val="both"/>
      </w:pPr>
      <w:r>
        <w:rPr>
          <w:b/>
        </w:rPr>
        <w:t>Tisztelt Tagintézmény-igazgató Asszony!</w:t>
      </w:r>
    </w:p>
    <w:p w14:paraId="6838C663" w14:textId="77777777" w:rsidR="00E35D5F" w:rsidRDefault="007A4D29" w:rsidP="007A4D29">
      <w:pPr>
        <w:spacing w:after="280" w:line="360" w:lineRule="auto"/>
        <w:jc w:val="both"/>
      </w:pPr>
      <w:proofErr w:type="gramStart"/>
      <w:r>
        <w:t>Alulírott, .............................................................</w:t>
      </w:r>
      <w:proofErr w:type="gramEnd"/>
      <w:r>
        <w:t xml:space="preserve"> mint </w:t>
      </w:r>
      <w:r>
        <w:t>.............................................................</w:t>
      </w:r>
      <w:r>
        <w:t xml:space="preserve"> </w:t>
      </w:r>
      <w:r w:rsidRPr="007A4D29">
        <w:rPr>
          <w:b/>
        </w:rPr>
        <w:t>(</w:t>
      </w:r>
      <w:proofErr w:type="gramStart"/>
      <w:r w:rsidRPr="007A4D29">
        <w:rPr>
          <w:b/>
        </w:rPr>
        <w:t>tanuló</w:t>
      </w:r>
      <w:proofErr w:type="gramEnd"/>
      <w:r>
        <w:t xml:space="preserve"> neve), </w:t>
      </w:r>
      <w:r>
        <w:rPr>
          <w:b/>
        </w:rPr>
        <w:t>................</w:t>
      </w:r>
      <w:r>
        <w:t xml:space="preserve"> osztályos tanuló törvényes képviselője kérem, hogy az egyesület által benyújtott összesítő </w:t>
      </w:r>
      <w:proofErr w:type="spellStart"/>
      <w:r>
        <w:t>edzéslátogatási</w:t>
      </w:r>
      <w:proofErr w:type="spellEnd"/>
      <w:r>
        <w:t xml:space="preserve"> </w:t>
      </w:r>
      <w:proofErr w:type="spellStart"/>
      <w:r>
        <w:t>igazolás</w:t>
      </w:r>
      <w:proofErr w:type="spellEnd"/>
      <w:r>
        <w:t xml:space="preserve"> </w:t>
      </w:r>
      <w:proofErr w:type="spellStart"/>
      <w:r>
        <w:t>ala</w:t>
      </w:r>
      <w:r>
        <w:t>pján</w:t>
      </w:r>
      <w:proofErr w:type="spellEnd"/>
      <w:r>
        <w:t xml:space="preserve"> a </w:t>
      </w:r>
      <w:r w:rsidRPr="007A4D29">
        <w:rPr>
          <w:b/>
        </w:rPr>
        <w:t xml:space="preserve">20......./20....... </w:t>
      </w:r>
      <w:proofErr w:type="spellStart"/>
      <w:proofErr w:type="gramStart"/>
      <w:r w:rsidRPr="007A4D29">
        <w:rPr>
          <w:b/>
        </w:rPr>
        <w:t>tanév</w:t>
      </w:r>
      <w:proofErr w:type="spellEnd"/>
      <w:r w:rsidRPr="007A4D29">
        <w:rPr>
          <w:b/>
        </w:rPr>
        <w:t xml:space="preserve">  </w:t>
      </w:r>
      <w:proofErr w:type="spellStart"/>
      <w:r w:rsidRPr="007A4D29">
        <w:rPr>
          <w:b/>
        </w:rPr>
        <w:t>e</w:t>
      </w:r>
      <w:r>
        <w:rPr>
          <w:b/>
        </w:rPr>
        <w:t>lső</w:t>
      </w:r>
      <w:proofErr w:type="spellEnd"/>
      <w:proofErr w:type="gramEnd"/>
      <w:r>
        <w:rPr>
          <w:b/>
        </w:rPr>
        <w:t xml:space="preserve"> / </w:t>
      </w:r>
      <w:proofErr w:type="spellStart"/>
      <w:r>
        <w:rPr>
          <w:b/>
        </w:rPr>
        <w:t>második</w:t>
      </w:r>
      <w:proofErr w:type="spellEnd"/>
      <w:r>
        <w:t xml:space="preserve"> </w:t>
      </w:r>
      <w:proofErr w:type="spellStart"/>
      <w:r>
        <w:t>félévében</w:t>
      </w:r>
      <w:proofErr w:type="spellEnd"/>
      <w:r>
        <w:t xml:space="preserve"> </w:t>
      </w:r>
      <w:proofErr w:type="spellStart"/>
      <w:r>
        <w:t>gyermekem</w:t>
      </w:r>
      <w:proofErr w:type="spellEnd"/>
      <w:r>
        <w:t xml:space="preserve"> részvételétől a mindennapos testnevelés heti egy tanóráján szíveskedjen eltekinteni.</w:t>
      </w:r>
    </w:p>
    <w:p w14:paraId="651FBCAC" w14:textId="77777777" w:rsidR="00E35D5F" w:rsidRDefault="007A4D29" w:rsidP="007A4D29">
      <w:pPr>
        <w:spacing w:after="200"/>
        <w:jc w:val="both"/>
      </w:pPr>
      <w:r>
        <w:rPr>
          <w:b/>
        </w:rPr>
        <w:t>A tanuló azonosító adatai:</w:t>
      </w:r>
    </w:p>
    <w:p w14:paraId="0D96043B" w14:textId="77777777" w:rsidR="00E35D5F" w:rsidRDefault="007A4D29" w:rsidP="007A4D29">
      <w:pPr>
        <w:spacing w:after="180"/>
        <w:jc w:val="both"/>
      </w:pPr>
      <w:r>
        <w:rPr>
          <w:b/>
        </w:rPr>
        <w:t xml:space="preserve">Születési dátum: </w:t>
      </w:r>
      <w:r>
        <w:t>.....................................................</w:t>
      </w:r>
      <w:r>
        <w:t>...................................................</w:t>
      </w:r>
    </w:p>
    <w:p w14:paraId="4F2CF492" w14:textId="77777777" w:rsidR="00E35D5F" w:rsidRDefault="007A4D29" w:rsidP="007A4D29">
      <w:pPr>
        <w:spacing w:after="180"/>
        <w:jc w:val="both"/>
      </w:pPr>
      <w:r>
        <w:rPr>
          <w:b/>
        </w:rPr>
        <w:t xml:space="preserve">Sportág: </w:t>
      </w:r>
      <w:r>
        <w:t>........................................................................................................</w:t>
      </w:r>
    </w:p>
    <w:p w14:paraId="0AAF542B" w14:textId="77777777" w:rsidR="00E35D5F" w:rsidRDefault="007A4D29" w:rsidP="007A4D29">
      <w:pPr>
        <w:spacing w:before="560"/>
        <w:jc w:val="both"/>
      </w:pPr>
      <w:r>
        <w:t xml:space="preserve">Pécs, 20....... év ........................ hó ........ </w:t>
      </w:r>
      <w:proofErr w:type="gramStart"/>
      <w:r>
        <w:t>nap</w:t>
      </w:r>
      <w:proofErr w:type="gramEnd"/>
    </w:p>
    <w:p w14:paraId="033CA1E8" w14:textId="77777777" w:rsidR="00E35D5F" w:rsidRDefault="007A4D29" w:rsidP="007A4D29">
      <w:pPr>
        <w:spacing w:before="720"/>
        <w:ind w:left="5040" w:firstLine="720"/>
        <w:jc w:val="both"/>
      </w:pPr>
      <w:r>
        <w:t>..............................</w:t>
      </w:r>
      <w:r>
        <w:t>..............................</w:t>
      </w:r>
    </w:p>
    <w:p w14:paraId="481C022B" w14:textId="77777777" w:rsidR="00E35D5F" w:rsidRDefault="007A4D29" w:rsidP="007A4D29">
      <w:pPr>
        <w:ind w:left="6480" w:firstLine="720"/>
        <w:jc w:val="both"/>
      </w:pPr>
      <w:bookmarkStart w:id="0" w:name="_GoBack"/>
      <w:bookmarkEnd w:id="0"/>
      <w:r>
        <w:rPr>
          <w:sz w:val="20"/>
        </w:rPr>
        <w:t>tanuló törvényes képviselője</w:t>
      </w:r>
    </w:p>
    <w:sectPr w:rsidR="00E35D5F" w:rsidSect="00034616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A4D29"/>
    <w:rsid w:val="00AA1D8D"/>
    <w:rsid w:val="00B47730"/>
    <w:rsid w:val="00CB0664"/>
    <w:rsid w:val="00E35D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FA355"/>
  <w14:defaultImageDpi w14:val="300"/>
  <w15:docId w15:val="{747881D0-144F-4D98-B278-6BA0E42E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pPr>
      <w:spacing w:after="0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93B353158DC6B46AADC3412BFD1E09E" ma:contentTypeVersion="22" ma:contentTypeDescription="Új dokumentum létrehozása." ma:contentTypeScope="" ma:versionID="52b62436d01cd76e26d10d5ea716bfb5">
  <xsd:schema xmlns:xsd="http://www.w3.org/2001/XMLSchema" xmlns:xs="http://www.w3.org/2001/XMLSchema" xmlns:p="http://schemas.microsoft.com/office/2006/metadata/properties" xmlns:ns2="a1daa049-6643-4145-9d7f-8715ead188cc" xmlns:ns3="d2fda553-ce86-4fbd-99e2-fef0ad6dff3a" targetNamespace="http://schemas.microsoft.com/office/2006/metadata/properties" ma:root="true" ma:fieldsID="52411d5b07b39aaafee7d36aee2aad95" ns2:_="" ns3:_="">
    <xsd:import namespace="a1daa049-6643-4145-9d7f-8715ead188cc"/>
    <xsd:import namespace="d2fda553-ce86-4fbd-99e2-fef0ad6df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aa049-6643-4145-9d7f-8715ead18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da553-ce86-4fbd-99e2-fef0ad6dff3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346a4f-0346-415b-9c7a-99af8c26a3eb}" ma:internalName="TaxCatchAll" ma:showField="CatchAllData" ma:web="d2fda553-ce86-4fbd-99e2-fef0ad6df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fda553-ce86-4fbd-99e2-fef0ad6dff3a"/>
    <lcf76f155ced4ddcb4097134ff3c332f xmlns="a1daa049-6643-4145-9d7f-8715ead188c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CEB473-4431-4941-B65F-77C42FE37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aa049-6643-4145-9d7f-8715ead188cc"/>
    <ds:schemaRef ds:uri="d2fda553-ce86-4fbd-99e2-fef0ad6df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8E120-33BB-4374-9673-3520DCB74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2597B-1D9C-4666-A714-D8AB1F4B0418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d2fda553-ce86-4fbd-99e2-fef0ad6dff3a"/>
    <ds:schemaRef ds:uri="http://schemas.openxmlformats.org/package/2006/metadata/core-properties"/>
    <ds:schemaRef ds:uri="http://purl.org/dc/elements/1.1/"/>
    <ds:schemaRef ds:uri="a1daa049-6643-4145-9d7f-8715ead188c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ADA577-AE14-4980-9845-E72699F11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Tóth Krisztina</cp:lastModifiedBy>
  <cp:revision>2</cp:revision>
  <dcterms:created xsi:type="dcterms:W3CDTF">2026-08-27T07:28:00Z</dcterms:created>
  <dcterms:modified xsi:type="dcterms:W3CDTF">2026-08-27T07:28:00Z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0x010100793B353158DC6B46AADC3412BFD1E09E</vt:lpwstr>
  </property>
</Properties>
</file>